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Baurand,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9782729870805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SQL/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différents concepts majeurs de la programmation avec le langage SQL, accompagnée de nombreux exemples et de courts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