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Approximation d'opérateurs linéaires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Cherruault, 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approximation/ opérateur linéaire/ approximation/ </w:t>
            </w:r>
          </w:p>
        </w:tc>
      </w:tr>
    </w:tbl>
    <w:p>
      <w:pPr>
        <w:pStyle w:val="Heading3"/>
      </w:pPr>
      <w:r>
        <w:t>Résumé :</w:t>
      </w:r>
    </w:p>
    <w:p>
      <w:r>
        <w:t>Ce type d'ouvrage traite généralement des méthodes d'approximation des opérateurs linéaires, qui sont essentiels dans de nombreux domaines des mathématiques appliquées, tels que l'analyse numérique, le traitement du signal et l'apprentissage automatique.</w:t>
        <w:br/>
        <w:br/>
        <w:br/>
        <w:br/>
        <w:t>Les opérateurs linéaires sont souvent au cœur de la complexité computationnelle et de la consommation de mémoire dans diverses méthodes. Par exemple, une approche pour réduire le coût de stockage et de calcul consiste à approximer un opérateur linéaire par un produit de matrices creuses. Une étude récente propose même de généraliser ce principe en approximant l'opérateur par une somme de produits de matrices creuses, démontrant l'efficacité de cette méthode sur plusieurs opérateurs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