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deug sciences.T3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Azoulay, Elie/ Avignant, Jean/ Auliac, Guy/ </w:t>
            </w:r>
          </w:p>
        </w:tc>
      </w:tr>
      <w:tr>
        <w:trPr>
          <w:trHeight w:val="567"/>
        </w:trPr>
        <w:tc>
          <w:tcPr>
            <w:tcW w:type="dxa" w:w="3000"/>
          </w:tcPr>
          <w:p>
            <w:r>
              <w:t>Adresse bib.</w:t>
            </w:r>
          </w:p>
        </w:tc>
        <w:tc>
          <w:tcPr>
            <w:tcW w:type="dxa" w:w="7000"/>
          </w:tcPr>
          <w:p>
            <w:r>
              <w:t xml:space="preserve">Ediscience international/ </w:t>
            </w:r>
          </w:p>
        </w:tc>
      </w:tr>
      <w:tr>
        <w:trPr>
          <w:trHeight w:val="567"/>
        </w:trPr>
        <w:tc>
          <w:tcPr>
            <w:tcW w:type="dxa" w:w="3000"/>
          </w:tcPr>
          <w:p>
            <w:r>
              <w:t>Nombre de Pages</w:t>
            </w:r>
          </w:p>
        </w:tc>
        <w:tc>
          <w:tcPr>
            <w:tcW w:type="dxa" w:w="7000"/>
          </w:tcPr>
          <w:p>
            <w:r>
              <w:t>342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2100066412</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formul de taylor/ </w:t>
            </w:r>
          </w:p>
        </w:tc>
      </w:tr>
    </w:tbl>
    <w:p>
      <w:pPr>
        <w:pStyle w:val="Heading3"/>
      </w:pPr>
      <w:r>
        <w:t>Résumé :</w:t>
      </w:r>
    </w:p>
    <w:p>
      <w:r>
        <w:t>Chaque chapitre de cours est suivi d'un résumé contenant els théorèmes et les formules essentiels, puis de nombreux exercices. Quelques problèmes récapitulatifs complètement rédigés, regroupant différents thèmes, permettent d'approfondir les concepts.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