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Mathematiques Deug Ssciences.T2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Azoulay, Elie/ Avignant, Jean/ Auliac,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2100066404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serie de fourier/ intégrale généralisée/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étude les chapitre suivants: </w:t>
        <w:br/>
        <w:br/>
        <w:t>- Intégration d'une fonction d'une variable</w:t>
        <w:br/>
        <w:br/>
        <w:t>- intégrale des fonctions en escalier</w:t>
        <w:br/>
        <w:br/>
        <w:t>- Calcul des primitives et des intégrales définies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