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mathématiques.T1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Auliac, Guy/ Avignant, Jean/ Azoulay, 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2100066773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calcul intégral/ espace vectoriel/ matrice/ </w:t>
            </w:r>
          </w:p>
        </w:tc>
      </w:tr>
    </w:tbl>
    <w:p>
      <w:pPr>
        <w:pStyle w:val="Heading3"/>
      </w:pPr>
      <w:r>
        <w:t>Résumé :</w:t>
      </w:r>
    </w:p>
    <w:p>
      <w:r>
        <w:t>Complément au cours de mathématiques des mêmes auteurs, l'ouvrage propose une vingtaine de sujets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