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Algébre. T2, exercices et problèmes résolus, 2e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Tissier, Alain/ Guillard, Jean/ Attali,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et probléme résolus(N°:None)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2853941914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collection de référence des prépas commerciales. Cet ouvrage propose : </w:t>
        <w:br/>
        <w:br/>
        <w:t xml:space="preserve"> Un cours très complet, clair et précis, illustré de nombreux exemples</w:t>
        <w:br/>
        <w:br/>
        <w:t xml:space="preserve"> Une méthodologie importante, proposant l’essentiel des savoir-faire et leur mise en ouvre. </w:t>
        <w:br/>
        <w:br/>
        <w:t xml:space="preserve"> De très nombreux exercices résolus, classés par thème, de difficulté progressive.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