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physique en MP,PC 2e année et dans les classes préparatoires aux grandes écoles scientifique.T3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Simon ,Yvan/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 cours aux applications(N°:None)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relativité/ </w:t>
            </w:r>
          </w:p>
        </w:tc>
      </w:tr>
    </w:tbl>
    <w:p>
      <w:pPr>
        <w:pStyle w:val="Heading3"/>
      </w:pPr>
      <w:r>
        <w:t>Résumé :</w:t>
      </w:r>
    </w:p>
    <w:p>
      <w:r>
        <w:t>L'ouvrage étude les trois premier chapitres suivants:                                                                                                               la vitesse de la lumière.                                                                                                                                                              L'éxpérience de michelson.                                                                                                                                                                                      -La transformations de lorentz.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