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Chanet, Françoise/ Delmas, Frédérique/ Tosel, Nicolas/ Moisan, Jacques/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Manuel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2729893571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La collection des Manuels de Mathématiques a pour ambition de donner aux étudiants des classes préparatoires scientifiques un outil d'apprentissage et d'approfondissement des Mathématiques enseignées dans le cadre de la préparation aux concours. L'étudiant a ainsi à portée de main une aide précieuse, tant pour l'apprentissage du cours que pour l'acquisition des méthodes et des techniques de résolution des exercices et des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