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resolus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Abdelkarim, Khireddine/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recueil d’exercices corrigés en analyse mathématique est spécialement conçu pour les étudiants de l'?cole Supérieure de Management de Tlemcen, en conformité avec le programme d’Analyse Mathématique 3 et 4.</w:t>
        <w:br/>
        <w:br/>
        <w:t>Il est également pertinent pour d'autres filières comme le génie mécanique, électronique et les industries pétrochimiques.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