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Algorithmes et structures de données en langage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Saint-Cast, Chantal./ Ammeraal, Leendert/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277-280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2729606106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 structure/ langage programmation/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été conçu pour tout lecteur désireux d'acquérir ou de renforcer ses aptitudes à la programmation,qu'il soit étudiant ou programeur</w:t>
        <w:br/>
        <w:br/>
        <w:t>L'Auteur y expose une méthode qui permet de matriser les techniques les plus sophistiquées,comme l'emploi de structures de données dynamiques.</w:t>
        <w:br/>
        <w:br/>
        <w:t>L'Accent est mis sur le stockage et la consultation d'importants volumes de données au moyen de strucrures de données,telles que les arbres AVL.......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