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et pratique du langage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Aider,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9961663845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programmtion langage pascal/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Présentation du langage</w:t>
        <w:br/>
        <w:br/>
        <w:t>Les Objets</w:t>
        <w:br/>
        <w:br/>
        <w:t>Les Instructions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