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Parcourir microsoft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Aider,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Distribution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9961665945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ordinateur/ microsoft/ architecture 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</w:t>
        <w:br/>
        <w:br/>
        <w:t>Description du micro-ordinateur</w:t>
        <w:br/>
        <w:br/>
        <w:t>Architecture de l'ordinateur</w:t>
        <w:br/>
        <w:br/>
        <w:t>Mémoire centrale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