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Concepts fondamentaux de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Cazin, Xavier/ Aho, Alfred/ Ullman, Jeffrey/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847-856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2100031279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pascal/ instruction machine/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l'indispensable "bible" des étudiants et des professionnels en informatique.Il présente en effet, tout les éléments-clés de la discipline ainsi que les outils théoriques nécessaires à la pratique quotidienne et c'est à ce titre qu'il peut être considéré comme l'ouvrage de référence qui n'existe pas encore.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