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[Quatre cents] 400 exercices corrigés d'algèbre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Aassila, Mohammed/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492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Références sciences(N°:None)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9782729881733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algébre/ </w:t>
            </w:r>
          </w:p>
        </w:tc>
      </w:tr>
    </w:tbl>
    <w:p>
      <w:pPr>
        <w:pStyle w:val="Heading3"/>
      </w:pPr>
      <w:r>
        <w:t>Résumé :</w:t>
      </w:r>
    </w:p>
    <w:p>
      <w:r>
        <w:t>Cet ouvrage c'est un recueil d'exercices corrigés destiné aux étudiants en classes préparatoires scientifiques (MPSI, PCSI, PTSI, etc.) ainsi qu'aux étudiants en premier cycle universitaire. Il couvre l'ensemble des notions fondamentales d'algèbre, en proposant à la fois des rappels de cours synthétiques et une large gamme d'exercices de difficulté progressive.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