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C.P.U./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997337231X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Il comprend 7 chapitres: théorie des ensembles ,topologie du corps des nombres réels , espaces topologiques et applications continues , topologie d'un espace métrique , compacité et connexité dans les  espaces topologiques , groupe fondamental d'un espace topologique , espace fonctionnels.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