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nucléaire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Mayet;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maîtrise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p.p.275-280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9782804190736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nucléaire/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complète de la physique nucléaire à destination des étudiants préparant une carrière dans l'industrie nucléaire. Il couvre tous les aspects scientifiques de la physique du noyau et aborde les thématiques à fort enjeu sociétal que sont les déchets nucléaires ou la production d'énergie nucléaire. La philosophie de l'ouvrage est à la fois de proposer une approche formelle de la thématique mais aussi de présenter systématiquement des exemples tirés de l'industrie nucléaire ou de la recherche en physique nucléaire.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