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MP physique et 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Profeta, Mickael/ Desreux, Sébastien/ Freulon, Vincent/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 &amp;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Annales des concours(N°:None)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9782351412930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physique/ </w:t>
            </w:r>
          </w:p>
        </w:tc>
      </w:tr>
    </w:tbl>
    <w:p>
      <w:pPr>
        <w:pStyle w:val="Heading3"/>
      </w:pPr>
      <w:r>
        <w:t>Résumé :</w:t>
      </w:r>
    </w:p>
    <w:p>
      <w:r>
        <w:t>Les sujets des épreuves écrites de physique et chimie de la filière MP des grandes écoles sont présentés et accompagnés de conseils, méthodes, rappels et des corrigés commentés.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