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Ngô, Hélène/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9782100512799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éléctronique/ </w:t>
            </w:r>
          </w:p>
        </w:tc>
      </w:tr>
    </w:tbl>
    <w:p>
      <w:pPr>
        <w:pStyle w:val="Heading3"/>
      </w:pPr>
      <w:r>
        <w:t>Résumé :</w:t>
      </w:r>
    </w:p>
    <w:p>
      <w:r>
        <w:t>Cet ouvrage fournit les bases nécessaires pour comprendre le fonctionnement microscopique des composants électroniques élémentaires. Il décrit le principe physique de fonctionnement des composants les plus utilisés (jonctions, transistors, etc.). Dans cette 3e édition entièrement actualisée, un nouveau chapitre supplémentaire est consacré aux nanotechnologies. Des exercices corrigés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