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Thermodynamique de l'ingénieur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9782100521036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regroupe de façon synthétique et illustrée toutes les définitions, équations et méthodes à connaître pour appliquer les concepts de la thermodynamique : principes de la thermodynamique et relations fondamentales ; propriétés des corps purs et des mélanges ; cycles thermodynamiques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