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Optique. V1, optique et principe de fermat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P., J./ Provost, P./ Carin,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CEDIC/ Fernand 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2712404009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Instrument optique/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d'abord aux étudiants des classes préparatoires aux grandes écoles et de premier cycle des universités, mais aussi à tous ceux (enseignants, physiciens, mathématiciens) qui sont intéréssés .comme l'indique le titre de cet ouvrage par le principe de fermat et ou l'application des techniques matricielles à ce qui 'on a l'habitude d'appeler l'optique géométrique.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