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Serway; Raymond A./ Jewett; John W./ Pépin; Raynald/ Trudel; Guillaume/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p.</w:t>
            </w:r>
          </w:p>
        </w:tc>
      </w:tr>
      <w:tr>
        <w:trPr>
          <w:trHeight w:val="567"/>
        </w:trPr>
        <w:tc>
          <w:tcPr>
            <w:tcW w:type="dxa" w:w="3000"/>
          </w:tcPr>
          <w:p>
            <w:r>
              <w:t>Notes Générales</w:t>
            </w:r>
          </w:p>
        </w:tc>
        <w:tc>
          <w:tcPr>
            <w:tcW w:type="dxa" w:w="7000"/>
          </w:tcPr>
          <w:p>
            <w:r>
              <w:t xml:space="preserve"> Index.</w:t>
            </w:r>
          </w:p>
        </w:tc>
      </w:tr>
      <w:tr>
        <w:trPr>
          <w:trHeight w:val="567"/>
        </w:trPr>
        <w:tc>
          <w:tcPr>
            <w:tcW w:type="dxa" w:w="3000"/>
          </w:tcPr>
          <w:p>
            <w:r>
              <w:t>Numéro d'Identification</w:t>
            </w:r>
          </w:p>
        </w:tc>
        <w:tc>
          <w:tcPr>
            <w:tcW w:type="dxa" w:w="7000"/>
          </w:tcPr>
          <w:p>
            <w:r>
              <w:t>9782804171346</w:t>
            </w:r>
          </w:p>
        </w:tc>
      </w:tr>
      <w:tr>
        <w:trPr>
          <w:trHeight w:val="567"/>
        </w:trPr>
        <w:tc>
          <w:tcPr>
            <w:tcW w:type="dxa" w:w="3000"/>
          </w:tcPr>
          <w:p>
            <w:r>
              <w:t>Sujet(s)</w:t>
            </w:r>
          </w:p>
        </w:tc>
        <w:tc>
          <w:tcPr>
            <w:tcW w:type="dxa" w:w="7000"/>
          </w:tcPr>
          <w:p>
            <w:r>
              <w:t xml:space="preserve">physique/ mécanique/ sciences physique/ </w:t>
            </w:r>
          </w:p>
        </w:tc>
      </w:tr>
    </w:tbl>
    <w:p>
      <w:pPr>
        <w:pStyle w:val="Heading3"/>
      </w:pPr>
      <w:r>
        <w:t>Résumé :</w:t>
      </w:r>
    </w:p>
    <w:p>
      <w:r>
        <w:t>Ce livre présente une approche concise des thématiques enseignées traditionnellement en physique et forme une bonne introduction à la physique moderne. Un ouvrage pédagogique qui inclut des expériences contemporaines de physique.</w:t>
        <w:br/>
        <w:br/>
        <w:t>Cette nouvelle édition se présente sous un nouveau format, avec des encadrés contextuels, des problèmes qui sont extraits de la base de données "WebAssign", et des révisions dans chaque partie du livre.</w:t>
        <w:br/>
        <w:br/>
        <w:t>Les nouveautés de cette 3e édition :</w:t>
        <w:br/>
        <w:br/>
        <w:t>Les encadrés "Révision et exemples" approfondissent des concepts et des expériences énoncés dans le texte.</w:t>
        <w:br/>
        <w:br/>
        <w:t>Des nouveaux encadrés de contextualisation</w:t>
        <w:br/>
        <w:br/>
        <w:t>Des encadrés qui pointent les éléments clés.Ajout d'applications biologistes pour les étudiants en biologie et en médecine.</w:t>
        <w:br/>
        <w:br/>
        <w:t>L'organisation des questions a été revue comme suit : objectif et concept</w:t>
        <w:br/>
        <w:br/>
        <w:t>Des nouveaux problèmes ont été ajoutés</w:t>
        <w:br/>
        <w:br/>
        <w:t>Un résumé de chaque chapitre</w:t>
        <w:br/>
        <w:br/>
        <w:t>Tous ces éléments en font un livre très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