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PSI, PSI*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Renvoizé, Vincent/ Bellanger, Eric/ Girardi, Raphaël/ Paulin, Sébastien/ </w:t>
            </w:r>
          </w:p>
        </w:tc>
      </w:tr>
      <w:tr>
        <w:trPr>
          <w:trHeight w:val="567"/>
        </w:trPr>
        <w:tc>
          <w:tcPr>
            <w:tcW w:type="dxa" w:w="3000"/>
          </w:tcPr>
          <w:p>
            <w:r>
              <w:t>Adresse bib.</w:t>
            </w:r>
          </w:p>
        </w:tc>
        <w:tc>
          <w:tcPr>
            <w:tcW w:type="dxa" w:w="7000"/>
          </w:tcPr>
          <w:p>
            <w:r>
              <w:t xml:space="preserve">Pearson/ </w:t>
            </w:r>
          </w:p>
        </w:tc>
      </w:tr>
      <w:tr>
        <w:trPr>
          <w:trHeight w:val="567"/>
        </w:trPr>
        <w:tc>
          <w:tcPr>
            <w:tcW w:type="dxa" w:w="3000"/>
          </w:tcPr>
          <w:p>
            <w:r>
              <w:t>Nombre de Pages</w:t>
            </w:r>
          </w:p>
        </w:tc>
        <w:tc>
          <w:tcPr>
            <w:tcW w:type="dxa" w:w="7000"/>
          </w:tcPr>
          <w:p>
            <w:r>
              <w:t>1016 p.</w:t>
            </w:r>
          </w:p>
        </w:tc>
      </w:tr>
      <w:tr>
        <w:trPr>
          <w:trHeight w:val="567"/>
        </w:trPr>
        <w:tc>
          <w:tcPr>
            <w:tcW w:type="dxa" w:w="3000"/>
          </w:tcPr>
          <w:p>
            <w:r>
              <w:t>Illustration</w:t>
            </w:r>
          </w:p>
        </w:tc>
        <w:tc>
          <w:tcPr>
            <w:tcW w:type="dxa" w:w="7000"/>
          </w:tcPr>
          <w:p>
            <w:r>
              <w:t>ill., couv.ill.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Cap prépa(N°:None)</w:t>
            </w:r>
          </w:p>
        </w:tc>
      </w:tr>
      <w:tr>
        <w:trPr>
          <w:trHeight w:val="567"/>
        </w:trPr>
        <w:tc>
          <w:tcPr>
            <w:tcW w:type="dxa" w:w="3000"/>
          </w:tcPr>
          <w:p>
            <w:r>
              <w:t>Notes Générales</w:t>
            </w:r>
          </w:p>
        </w:tc>
        <w:tc>
          <w:tcPr>
            <w:tcW w:type="dxa" w:w="7000"/>
          </w:tcPr>
          <w:p>
            <w:r>
              <w:t>Index p.p. 1111-1016</w:t>
            </w:r>
          </w:p>
        </w:tc>
      </w:tr>
      <w:tr>
        <w:trPr>
          <w:trHeight w:val="567"/>
        </w:trPr>
        <w:tc>
          <w:tcPr>
            <w:tcW w:type="dxa" w:w="3000"/>
          </w:tcPr>
          <w:p>
            <w:r>
              <w:t>Numéro d'Identification</w:t>
            </w:r>
          </w:p>
        </w:tc>
        <w:tc>
          <w:tcPr>
            <w:tcW w:type="dxa" w:w="7000"/>
          </w:tcPr>
          <w:p>
            <w:r>
              <w:t>9782744074394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analyse vectorielle/ </w:t>
            </w:r>
          </w:p>
        </w:tc>
      </w:tr>
    </w:tbl>
    <w:p>
      <w:pPr>
        <w:pStyle w:val="Heading3"/>
      </w:pPr>
      <w:r>
        <w:t>Résumé :</w:t>
      </w:r>
    </w:p>
    <w:p>
      <w:r>
        <w:t>Le livre "Physique prépa PSI-PSI : cours complet avec tests, exercices et problèmes corrigés"* par Vincent Renvoizé est un guide conçu pour les étudiants en classes préparatoires scientifiques, notamment en filière PSI et PSI*. Voici un résumé de ses principaux éléments :</w:t>
        <w:br/>
        <w:br/>
        <w:t>Contenu du Livre</w:t>
        <w:br/>
        <w:br/>
        <w:t>1.Cours Complet :</w:t>
        <w:br/>
        <w:br/>
        <w:t>-Présentation claire et structurée des thèmes fondamentaux de la physique, adaptés au programme des classes préparatoires.</w:t>
        <w:br/>
        <w:br/>
        <w:t>-Concepts clés tels que la mécanique, l'électricité, l'optique, la thermodynamique et la physique moderne.</w:t>
        <w:br/>
        <w:br/>
        <w:t>2.Tests et Exercices :</w:t>
        <w:br/>
        <w:br/>
        <w:t>-Propositions d'exercices variés pour une pratique approfondie des sujets abordés.</w:t>
        <w:br/>
        <w:br/>
        <w:t>-Tests permettant de vérifier la compréhension des concepts et d'évaluer les compétences acquises.</w:t>
        <w:br/>
        <w:br/>
        <w:t>3.Problèmes Corrigés :</w:t>
        <w:br/>
        <w:br/>
        <w:t>-Solutions détaillées pour chaque problème, permettant aux étudiants de suivre la démarche de résolution.</w:t>
        <w:br/>
        <w:br/>
        <w:t>-Conseils méthodologiques pour aborder les problèmes complexes et maximiser les performances aux examens.</w:t>
        <w:br/>
        <w:br/>
        <w:t>4.Approche Pédagogique :</w:t>
        <w:br/>
        <w:br/>
        <w:t>-Style d'écriture accessible, visant à simplifier des notions parfois difficiles à appréhender.</w:t>
        <w:br/>
        <w:br/>
        <w:t>-Illustration avec des graphiques et des exemples concrets pour faciliter la compréhension.</w:t>
        <w:br/>
        <w:br/>
        <w:t>Objectifs du Livre</w:t>
        <w:br/>
        <w:br/>
        <w:t>"Préparer efficacement les étudiants aux concours d'entrée aux grandes écoles.</w:t>
        <w:br/>
        <w:br/>
        <w:t>"Renforcer les compétences en résolution de problèmes et en application des théories physiques.</w:t>
        <w:br/>
        <w:br/>
        <w:t>"Favoriser une étude autonome grâce à des exercices variés et des corrections détaillées.</w:t>
        <w:br/>
        <w:br/>
        <w:t>En résumé, cet ouvrage est une ressource précieuse pour les étudiants qui cherchent à maîtriser les concepts de la physique de manière approfondie tout en se préparant aux exigences des concours. Si tu souhaites des détails sur un chapitre spécifique ou un sujet particulier abordé dans le livre, n'hésite pas à demander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