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MPSI, PCSI,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Perez, Jérôme/ Renvoizé, Vincent/ Bellanger, Eric/ Ducros, Xavier/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804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Cap prépa(N°:None)</w:t>
            </w:r>
          </w:p>
        </w:tc>
      </w:tr>
      <w:tr>
        <w:trPr>
          <w:trHeight w:val="567"/>
        </w:trPr>
        <w:tc>
          <w:tcPr>
            <w:tcW w:type="dxa" w:w="3000"/>
          </w:tcPr>
          <w:p>
            <w:r>
              <w:t>Notes Générales</w:t>
            </w:r>
          </w:p>
        </w:tc>
        <w:tc>
          <w:tcPr>
            <w:tcW w:type="dxa" w:w="7000"/>
          </w:tcPr>
          <w:p>
            <w:r>
              <w:t>Index p.p. 795-804</w:t>
            </w:r>
          </w:p>
        </w:tc>
      </w:tr>
      <w:tr>
        <w:trPr>
          <w:trHeight w:val="567"/>
        </w:trPr>
        <w:tc>
          <w:tcPr>
            <w:tcW w:type="dxa" w:w="3000"/>
          </w:tcPr>
          <w:p>
            <w:r>
              <w:t>Numéro d'Identification</w:t>
            </w:r>
          </w:p>
        </w:tc>
        <w:tc>
          <w:tcPr>
            <w:tcW w:type="dxa" w:w="7000"/>
          </w:tcPr>
          <w:p>
            <w:r>
              <w:t>9782744076534</w:t>
            </w:r>
          </w:p>
        </w:tc>
      </w:tr>
      <w:tr>
        <w:trPr>
          <w:trHeight w:val="567"/>
        </w:trPr>
        <w:tc>
          <w:tcPr>
            <w:tcW w:type="dxa" w:w="3000"/>
          </w:tcPr>
          <w:p>
            <w:r>
              <w:t>Sujet(s)</w:t>
            </w:r>
          </w:p>
        </w:tc>
        <w:tc>
          <w:tcPr>
            <w:tcW w:type="dxa" w:w="7000"/>
          </w:tcPr>
          <w:p>
            <w:r>
              <w:t xml:space="preserve">science physique/ </w:t>
            </w:r>
          </w:p>
        </w:tc>
      </w:tr>
    </w:tbl>
    <w:p>
      <w:pPr>
        <w:pStyle w:val="Heading3"/>
      </w:pPr>
      <w:r>
        <w:t>Résumé :</w:t>
      </w:r>
    </w:p>
    <w:p>
      <w:r>
        <w:t>Le livre "Physique, MPSI-PCSI-PTSI : cours complet et exercices corrigés - programme 2013" est conçu pour les étudiants préparant les classes préparatoires scientifiques en filières MPSI, PCSI, et PTSI. Voici un résumé de ses principales caractéristiques :</w:t>
        <w:br/>
        <w:br/>
        <w:t>Contenu</w:t>
        <w:br/>
        <w:br/>
        <w:t>1.Cours Complet :</w:t>
        <w:br/>
        <w:br/>
        <w:t>-Les chapitres couvrent les notions fondamentales de la physique, allant de la mécanique aux ondes, en passant par l'électricité et la thermodynamique.</w:t>
        <w:br/>
        <w:br/>
        <w:t>-Chaque chapitre est structuré pour suivre le programme officiel, avec des explications claires et des illustrations.</w:t>
        <w:br/>
        <w:br/>
        <w:t>2.Exercices Corrigés :</w:t>
        <w:br/>
        <w:br/>
        <w:t>-Le livre propose une large gamme d'exercices allant du niveau facile au niveau difficile, permettant aux étudiants de s'entraîner efficacement.</w:t>
        <w:br/>
        <w:br/>
        <w:t>-Les corrections détaillées aident à comprendre les méthodes et raisonnements nécessaires pour résoudre chaque problème.</w:t>
        <w:br/>
        <w:br/>
        <w:t>3-Méthodologie :</w:t>
        <w:br/>
        <w:br/>
        <w:t>-Il inclut des conseils méthodologiques pour aborder les examens et pour réussir en classe préparatoire.</w:t>
        <w:br/>
        <w:br/>
        <w:t>-Des rappels de la théorie sont souvent intégrés aux exercices pour favoriser une bonne compréhension.</w:t>
        <w:br/>
        <w:br/>
        <w:t>Objectif</w:t>
        <w:br/>
        <w:br/>
        <w:t>L'objectif principal de cet ouvrage est de préparer les étudiants aux concours d'entrée dans les grandes écoles d'ingénieurs. Il offre une base solide en physique, essentielle pour réussir dans les études supérieures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