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Pérez; José-Philippe/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2225804168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cinétique/ mécanique du point/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approfondie à la mécanique, se concentrant principalement sur les concepts fondamentaux liés au mouvement des points matériels et des systèmes de particules. Voici les principaux points abordés :</w:t>
        <w:br/>
        <w:br/>
        <w:t>1.Mécanique du Point Matériel :</w:t>
        <w:br/>
        <w:br/>
        <w:t>-Définitions des concepts de base tels que la position, la vitesse, l'accélération, et la force.</w:t>
        <w:br/>
        <w:br/>
        <w:t>-Etude des mouvements rectilignes et curvilignes, ainsi que des lois de Newton.</w:t>
        <w:br/>
        <w:br/>
        <w:t>2.Systèmes de Particules :</w:t>
        <w:br/>
        <w:br/>
        <w:t>-Analyse des interactions entre plusieurs particules.</w:t>
        <w:br/>
        <w:br/>
        <w:t>-Introduction aux notions de centre de masse et de mouvement du système dans son ensemble.</w:t>
        <w:br/>
        <w:br/>
        <w:t>3.Energie et Quantité de Mouvement :</w:t>
        <w:br/>
        <w:br/>
        <w:t>-Discussion sur l'énergie cinétique et potentielle, ainsi que sur les principes de conservation.</w:t>
        <w:br/>
        <w:br/>
        <w:t>-Applications des théorèmes de la dynamique à différents systèmes.</w:t>
        <w:br/>
        <w:br/>
        <w:t>4.Dynamique des Systèmes Matériels :</w:t>
        <w:br/>
        <w:br/>
        <w:t>-Exploration des forces, des couples et des systèmes en équilibre ou en mouvement.</w:t>
        <w:br/>
        <w:br/>
        <w:t>5.Applications Pratiques :</w:t>
        <w:br/>
        <w:br/>
        <w:t>Etudes de cas et problèmes illustrant la théorie à travers des exemples pratiques de la mécanique dans le monde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