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Segonds; Patricia/ Parisot; Jean-Paul/ Boiteux; Sylvie Le/ Dobrijevic;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du premier cycle (DEUG SM, MIAS, IUT). Il couvre en 9 chapitres et 220 questions et exercices les bases de l'optique : - la lumière et les lois de Snell-Descartes - le prisme ; - les images et les conditions de Gauss - le dioptre et le miroir sphériques - les lentilles minces - , les instruments. Un dernier chapitre regroupe quelques problèmes de synthèse pour se préparer à l'examen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