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expérimentale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Sextant/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329-332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270566315X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optique expérimentale/ </w:t>
            </w:r>
          </w:p>
        </w:tc>
      </w:tr>
    </w:tbl>
    <w:p>
      <w:pPr>
        <w:pStyle w:val="Heading3"/>
      </w:pPr>
      <w:r>
        <w:t>Résumé :</w:t>
      </w:r>
    </w:p>
    <w:p>
      <w:r>
        <w:t>Ce livre est issu d'un enseignement de travaux pratiques dispensé à l'Ecole normale supérieure par ses six auteurs, dans le cadre de la préparation à l'agrégation de physique. L'ouvrage s'adresse aux étudiants des premier et deuxième cycles, en particulier aux candidats au CAPES et à l'agrégation ; il sera utile aux enseignants des lycées et des collèges préparant des travaux partiquess illustrant leur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