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Fox, Mark/ Piraux,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395-402.  Index p.p. 403-408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9782804107871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quantique/ théorie quantique/ </w:t>
            </w:r>
          </w:p>
        </w:tc>
      </w:tr>
    </w:tbl>
    <w:p>
      <w:pPr>
        <w:pStyle w:val="Heading3"/>
      </w:pPr>
      <w:r>
        <w:t>Résumé :</w:t>
      </w:r>
    </w:p>
    <w:p>
      <w:r>
        <w:t>On présentant les principes de base de l'optique quantique, les interactions de la lumière quantique avec la matière, et proposant des exemples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