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physique et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Dombre,Thierry/ Himbert, M/ Mézard, M/ Wolf,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épreuves corrigées des grandes écoles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2729801413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L'ouvrage un recueil de problèmes et d'exercices corrigés présente toujours un danger pour son utilisateur; celui de sombrer dans la facilité, de consulter le corrigé avant d'avoir suffisament cherché la solution, et aussi de vouloir travailler sur les problèmes avant d'avoir étudé le cours a fond. Si la pyramide homogène admet bien une position d'équilibre la tete en bas.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