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neutronique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Reuss,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Génie atomique(N°:None)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2868837069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réactions nucléaire/ neutronique/ </w:t>
            </w:r>
          </w:p>
        </w:tc>
      </w:tr>
    </w:tbl>
    <w:p>
      <w:pPr>
        <w:pStyle w:val="Heading3"/>
      </w:pPr>
      <w:r>
        <w:t>Résumé :</w:t>
      </w:r>
    </w:p>
    <w:p>
      <w:r>
        <w:t>Ces exercices de neutronique sont spécialement élaborés pour appliquer les principes théoriques développés dans le précis de neutronique.</w:t>
        <w:br/>
        <w:br/>
        <w:t>dans cet ouvrage il ya des examens de neutronique du génie atomique des dix années avec leur corrigé.</w:t>
        <w:br/>
        <w:br/>
        <w:t>la neutronique étant la partie essentielle de la physique des réacteurs.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