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Equer, Bernard/ Fleury,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2100049348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théeorie quantique/ mécanique atomique/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