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Robust computational techniques for boundary layers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Farrell, P. A/ Hegarty, A. F./ Miller, Jeffrey H./ O'Riordan,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Chapman &amp; Hall/CRC/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Applied mathematics(N°:None)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References. p.p. 249-252.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1584881925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numérique/ couche limite/ boundary layer/ </w:t>
            </w:r>
          </w:p>
        </w:tc>
      </w:tr>
    </w:tbl>
    <w:p>
      <w:pPr>
        <w:pStyle w:val="Heading3"/>
      </w:pPr>
      <w:r>
        <w:t>Résumé :</w:t>
      </w:r>
    </w:p>
    <w:p>
      <w:r>
        <w:t>This book contains information obtained from authentic and highly regarded sources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