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Formulaire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Renault;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2040112987157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étudiants du premier cycle universitaire et des classes préparatoires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