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Rothen,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837-842.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2880743966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physique générale/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différents domaines de la physique mécanique ,électrodynamique,thermodynamique, acoustique optique et physique atomique.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