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d'optique (C2)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Prat, Roland/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moderne/ réseau de phase/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un  résumé des principaux chapitres de l'optique physique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