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rappels de cours et recueil d'exercices courigés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Halem, Nacer/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9961006755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thermochimie/ </w:t>
            </w:r>
          </w:p>
        </w:tc>
      </w:tr>
    </w:tbl>
    <w:p>
      <w:pPr>
        <w:pStyle w:val="Heading3"/>
      </w:pPr>
      <w:r>
        <w:t>Résumé :</w:t>
      </w:r>
    </w:p>
    <w:p>
      <w:r>
        <w:t xml:space="preserve">Le livre "Thermodynamique, rappels de cours et recueil d'exercices corrigés" est un ouvrage qui vise à fournir une compréhension approfondie des principes fondamentaux de la thermodynamique. Il est structuré en deux parties principales :Rappels de cours : Cette section présente les concepts clés de la thermodynamique, tels que les lois de la thermodynamique, les systèmes thermodynamiques, les transformations, l'énergie, la chaleur, et le travail. Les notions sont expliquées de manière claire et concise, avec des illustrations et des exemples pour faciliter la compréhension. </w:t>
        <w:br/>
        <w:br/>
        <w:t>Recueil d'exercices corrigés : Cette partie propose une série d'exercices pratiques qui permettent aux lecteurs de tester leurs connaissances et d'appliquer les concepts théoriques. Chaque exercice est accompagné d'une solution détaillée, ce qui aide à clarifier les points difficiles et à renforcer l'apprentissage. En somme, cet ouvrage est un outil précieux pour les étudiants et les professionnels souhaitant approfondir leurs connaissances en thermodynamique, tout en offrant des ressources pour la pratique et l'application des théories apprises.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