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Meier, Dominique/ Irlinger, Dominique/ Kempf, Olivier/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175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Taupe-niveau : classes préparatoires aux grandes écoles scientifiques : exercices corrigés(N°:None)</w:t>
            </w:r>
          </w:p>
        </w:tc>
      </w:tr>
      <w:tr>
        <w:trPr>
          <w:trHeight w:val="567"/>
        </w:trPr>
        <w:tc>
          <w:tcPr>
            <w:tcW w:type="dxa" w:w="3000"/>
          </w:tcPr>
          <w:p>
            <w:r>
              <w:t>Numéro d'Identification</w:t>
            </w:r>
          </w:p>
        </w:tc>
        <w:tc>
          <w:tcPr>
            <w:tcW w:type="dxa" w:w="7000"/>
          </w:tcPr>
          <w:p>
            <w:r>
              <w:t>272989893x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électronique/ amplificateur opérationnel/ </w:t>
            </w:r>
          </w:p>
        </w:tc>
      </w:tr>
    </w:tbl>
    <w:p>
      <w:pPr>
        <w:pStyle w:val="Heading3"/>
      </w:pPr>
      <w:r>
        <w:t>Résumé :</w:t>
      </w:r>
    </w:p>
    <w:p>
      <w:r>
        <w:t>Cet ouvrage conforme aux nouveaux programmes des classes préparatoires aux grandes écoles scientifiques est une introduction à l'électronique. Il s'adresse en priorité aux étudiants des classes préparatoires aux grandes écoles ainsi qu'aux étudiants de premier cycle scientifique des universités. Le cours a été rédigé avec un souci permanent de simplicité afin de mettre en avant les phénomènes physiques plutôt que la démarche calculatoire trop souvent envahissante dans ce domaine de la physique. L'ouvrage doit permettre à l'étudiant d'acquérir une pratique propre à la problématique de l'électrocinétique. Toutes les notions théoriques présentées dans cet ouvrage sont abondamment illustrées - près de 300 figures - et prolongées par de nombreux exercices corrigés. Les exercices extraits d'écrits de concours récents ou tirés d'épreuves orales de concours des grandes écoles d'ingénieurs, sont regroupés en fin de chapitre et sont suivis d'une solution très détaillée. La vocation de ce livre est de permettre aux étudiants d'acquérir des méthodes de travail, celles-ci leur permettant ensuite d'aborder des situations physiques différentes et de les surmonter avec succès.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