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et biophysique (P. C. E. M ) 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Gougerot,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Index.p.p. 451-455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2225355411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sciences physique/ biophysique/ </w:t>
            </w:r>
          </w:p>
        </w:tc>
      </w:tr>
    </w:tbl>
    <w:p>
      <w:pPr>
        <w:pStyle w:val="Heading3"/>
      </w:pPr>
      <w:r>
        <w:t>Résumé :</w:t>
      </w:r>
    </w:p>
    <w:p>
      <w:r>
        <w:t>Recouvrant tout le programme de Physique et de Biophysique de l'unité d'enseignement UE3.</w:t>
        <w:br/>
        <w:br/>
        <w:t>Il permet de répondre à des questions de cours ou facilite la résolution d'exercices, à partir de 226 fiches de révision, chacune d'entre elles correspondant à des mots-clefs du programme de physique ou de biophysique.</w:t>
        <w:br/>
        <w:br/>
        <w:t>De nombreuses QCM, avec leurs solutions détaillées, permettent aussi à l'étudiant de vérifier ses connaissances et la compréhension de chaque thématique.</w:t>
        <w:br/>
        <w:br/>
        <w:t>LES +</w:t>
        <w:br/>
        <w:br/>
        <w:t>° De nombreux exercices et QCM corrigés et expliqués</w:t>
        <w:br/>
        <w:br/>
        <w:t>° Strictement conforme au programme de l'UE3</w:t>
        <w:br/>
        <w:br/>
        <w:t>° De nombreux schémas</w:t>
        <w:br/>
        <w:br/>
        <w:t>° Une mise en valeur des éléments à retenir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