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Ondes mécaniques et sonores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Lumbroso, Hubert/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2100042688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 sonore/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donc un excellent outil pour les étudiants et les passionnés de physique qui souhaitent approfondir leur compréhension des ondes mécaniques et sonores à travers des exercices pratiques. Si vous avez des questions spécifiques sur un aspect particulier.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