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Sator; Nicolas/ Pavloff;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9782311009668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aussi aux élèves des écoles d’ingénieurs. Conçu comme un manuel de cours d’introduction à la physique statistique, il peut être également utilisé comme une  boîte à outils  pour approfondir un sujet précis. chaque chapitre est accompagné d’exercices intégralement corrigés pour assimiler les concepts expliqués et favoriser la préparation aux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