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du génie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Semail;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2743002794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cet ouvrage rappelle les notions de mécanique ,de thermique et d'électromagnétisme indispensables pour aborder les applications du génie électrique .la seconde partie propose trente exercices.avec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