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non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Sanchez,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Universités(N°:None)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2729849572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non linéaire/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 de cet ouvrage apporte les bases théoriques de la modulation électro-optique et acoustique -optique de la lumière.les processus fondamentaux de l'optique non linéaire sont ensuite présentés. la seconde partie est consacrée à des problèmes réslus dont la plupart sont inspirés de publications scientifiques récentes.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