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en 26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Parisot, Jean-Paul/ Segonds, Patricia/ Le Boiteux,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9782100517886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électromagnetique/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propose une présentation simple et concise de l'optique géométrique en 26 fiches .chaque fiche comporte :        -Les idée clés a connaitre.-La methode à mettre en ouvre.Des applications sous forme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