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 mémoire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Lorenceau ; Elise/ Restagno ;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13 x 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175-176.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2100079530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physique statistique/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fournit les fondements indispensables à l'étude de la thermodynamique classique et statistique. Il présente un cours synthétique, rigoureux, facile à consulter et qui constitue une base pour des études de thermodynamique. On y trouve des rappels ainsi que des notions de vocabulaire, les propositions, théorèmes et définitions essentiels et, pour finir, un formulaire récapitulatif. Cet aide-mémoire est destiné aux étudiants de Licence scientifique et aux élèves en classes préparatoires ainsi qu'au candidats au CAPES de physique-chimie.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