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du point matériel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Louail, Layachi/ Maouche, Djamel/ Roumili, Abdelkrim/ Mosbah,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matériel/ mécanique du point/ </w:t>
            </w:r>
          </w:p>
        </w:tc>
      </w:tr>
    </w:tbl>
    <w:p>
      <w:pPr>
        <w:pStyle w:val="Heading3"/>
      </w:pPr>
      <w:r>
        <w:t>Résumé :</w:t>
      </w:r>
    </w:p>
    <w:p>
      <w:r>
        <w:t>il est destiné aux étudiants de la premire année universitaire  SM,ST,MI,STU  concu 7 chapitre dont chacun est précédé pae un rappel de cours il contient 168 exercices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