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Electromagnétisme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Queyre, Jean-Louis/ Mesplède,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2842914066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contient un cours complet et trés clair ,des pages de méthodes pour apprendre à éviter les pièges ,et aussi des nombreux 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