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ondulatoire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2853949443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onde/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cours clair et concis,qui couvre tout les programme.de nombreux exercices corrigés,adaptés aux exigences des concours.des nouvelles éditions conformes aux programmes et aux spécificités des filières.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