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Villain; Loic/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point/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synthétique de la mécanique du point dans son approche newtonienne, des définitions de base de la cinématique et de la dynamique jusqu'aux principales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