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conduction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2100033654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conduction électrique/ </w:t>
            </w:r>
          </w:p>
        </w:tc>
      </w:tr>
    </w:tbl>
    <w:p>
      <w:pPr>
        <w:pStyle w:val="Heading3"/>
      </w:pPr>
      <w:r>
        <w:t>Résumé :</w:t>
      </w:r>
    </w:p>
    <w:p>
      <w:r>
        <w:t>Le livre “Electrostatique, conduction : rappels de cours, questions de réflexion, exercices d’entraînement” propose une synthèse claire des principes fondamentaux de l’électrostatique et de la conduction électrique, accompagnée de rappels de cours détaillés, de questions visant à approfondir la compréhension des concepts, ainsi que d’exercices pratiques pour renforcer les compétences des étudiants et les préparer à des évaluations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