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mécanique du point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Henry, Michel/ Delorme, Nicolas/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x 14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9782100710157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cinématique/ </w:t>
            </w:r>
          </w:p>
        </w:tc>
      </w:tr>
    </w:tbl>
    <w:p>
      <w:pPr>
        <w:pStyle w:val="Heading3"/>
      </w:pPr>
      <w:r>
        <w:t>Résumé :</w:t>
      </w:r>
    </w:p>
    <w:p>
      <w:r>
        <w:t>le livre Mini manuel de mécanique du point : cours et exercices corrigés présente les bases essentielles de la mécanique classique appliquée au mouvement du point matériel. Il introduit les notions fondamentales de cinématique, telles que les trajectoires, les vitesses et les accélérations dans différents systèmes de coordonnées. L’ouvrage développe ensuite les principes de la dynamique newtonienne, notamment les lois de Newton, les forces mécaniques, le travail et l’énergie.</w:t>
        <w:br/>
        <w:br/>
        <w:br/>
        <w:br/>
        <w:t>Le manuel aborde également l’étude des mouvements particuliers comme le mouvement circulaire, les oscillations et les systèmes soumis aux forces de frottement. Une partie importante est consacrée à la conservation de l’énergie mécanique, de la quantité de mouvement et du moment cinétique. Les méthodes de résolution des problèmes physiques sont expliquées de manière progressive afin de faciliter la compréhension des concepts théoriques.</w:t>
        <w:br/>
        <w:br/>
        <w:br/>
        <w:br/>
        <w:t>Grâce à de nombreux exercices corrigés, le lecteur peut appliquer les lois fondamentales de la mécanique à des situations concrètes et renforcer sa maîtrise des techniques de calcul. Cet ouvrage constitue ainsi un support pédagogique adapté aux étudiants des premières années universitaires scientifiques, des classes préparatoires et des filières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