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Incertitudes et analyse des erreurs dans les mesures physiques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Taylor; John/ Reynaud, Lionel/ Reynaud,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311-315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d'incertitude/ incertitude de mesure/ mesure physique/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introduit l'analyse des incertitudes : propagation et analyse statistique des incertitudes, distribution normale. La deuxième partie est consacrée à des sujets correspondant aux cours de deuxième année : élimination de données, moyennes pondérées.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